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🎤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0B2A5B"/>
          <w:sz w:val="48"/>
          <w:rtl/>
          <w:szCs w:val="48"/>
          <w:bCs/>
        </w:rPr>
        <w:t>מסע אל האור – טקס חנוכה ליסודי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יסודי א׳–ו׳ (טקס שכבתי או כיתתי; גרסת ניקוד לא׳–ג׳) · 15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👩‍🏫 למורה ולצוות ההפקה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מה בקובץ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הרעיון המנחה ומפת במה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תפקידים ואביזרים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התסריט המלא עם קיוּאים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4. מעברים וסיום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5. טקסטים מסורתיים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0B2A5B"/>
          <w:sz w:val="40"/>
          <w:rtl/>
          <w:szCs w:val="40"/>
          <w:bCs/>
        </w:rPr>
        <w:t>חלק א׳ – הכנה</w:t>
      </w:r>
    </w:p>
    <w:p>
      <w:pPr>
        <w:bidi/>
        <w:jc w:val="right"/>
      </w:pPr>
      <w:r>
        <w:rPr>
          <w:rFonts w:ascii="Arial" w:hAnsi="Arial" w:cs="Arial"/>
          <w:b/>
          <w:color w:val="1D4ED8"/>
          <w:sz w:val="26"/>
          <w:rtl/>
          <w:szCs w:val="26"/>
          <w:bCs/>
        </w:rPr>
        <w:t>▌ 💡 הרעיון המנחה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גם נר קטן יכול להאיר הרבה: כל ילדה וכל ילד מוסיפים אור משלהם.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מטרה: להכיר בדרך חווייתית ושמחה את חנוכה ואת חודש כסלו, לחבר את שמונת הנרות לשמונה ערכים פשוטים, ולהשתתף בגוף ובקול – בתנועה, בשיר ובסביבון.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1D4ED8"/>
          <w:sz w:val="32"/>
          <w:rtl/>
          <w:szCs w:val="32"/>
          <w:bCs/>
        </w:rPr>
        <w:t>מפת במה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מרכז: שולחן נמוך עם חנוכייה של 8 נרות LED ושמש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מאחור: מסך עם שקופיות צבעוניות (כוכבים, מנורה, סביבון, מאכלים)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צד ימין: עמדת קריינות עם מיקרופון נמוך שמתאים לגובה הילדים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צד שמאל: מקהלת הכיתות בשתי שורות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הקהל: הילדים בחצי עיגול על הרצפה או על כיסאות; שורה אחורית למשפחות ולאורחים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סביבון ענק מקרטון בקדמת הבמה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1D4ED8"/>
          <w:sz w:val="32"/>
          <w:rtl/>
          <w:szCs w:val="32"/>
          <w:bCs/>
        </w:rPr>
        <w:t>תפקידים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BE6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תפקיד</w:t>
            </w:r>
          </w:p>
        </w:tc>
        <w:tc>
          <w:tcPr>
            <w:tcW w:type="dxa" w:w="3475"/>
            <w:shd w:val="clear" w:fill="DBE6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כמה</w:t>
            </w:r>
          </w:p>
        </w:tc>
        <w:tc>
          <w:tcPr>
            <w:tcW w:type="dxa" w:w="3475"/>
            <w:shd w:val="clear" w:fill="DBE6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מה עושים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מנחות ומנחים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 (מכיתות ה׳–ו׳)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מובילים את הטקס ומפעילים את הילדים בתנועות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קריינות וקריינים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מספרים על כסלו, על המכבים ועל טעמי החג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מדליקות ומדליקים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8 + 1 לשמש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כל ילד/ה מדליק/ה נר LED אחד ואומר/ת משפט קצר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מקהלה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10–15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שרה בפתיחה ובסיום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צוות טכני (מבוגר/ת + 2 תלמידים)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מוזיקה, שקופיות ותאורה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1D4ED8"/>
          <w:sz w:val="32"/>
          <w:rtl/>
          <w:szCs w:val="32"/>
          <w:bCs/>
        </w:rPr>
        <w:t>אביזרים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חנוכייה עם 8 נרות LED ושמש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8 כרטיסי ערך מאוירים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סביבון ענק מקרטון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צלחת קרטון עם ציורי סופגנייה, לביבה וספינג׳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שקופיות צבעוניות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מיקרופון נמוך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0B2A5B"/>
          <w:sz w:val="40"/>
          <w:rtl/>
          <w:szCs w:val="40"/>
          <w:bCs/>
        </w:rPr>
        <w:t>חלק ב׳ – התסריט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0:00–1:30 · כניסה ושיר פתיחה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🎙️ מקהלת הכיתות, מנחה 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🚶 הילדים יושבים בחצי עיגול על הרצפה או על כיסאות נמוכים. המקהלה עומדת ליד החנוכייה.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🎵 "סביבון סוב סוב סוב" (מקהלה וכולם)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💡 אור מלא ועליז; פנסי צנצנות דולקים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(הַמַּקְהֵלָה שָׁרָה "סְבִיבוֹן סֹב סֹב סֹב". כָּל הַיְּלָדִים מְסוֹבְבִים אֶת הַיָּדַיִם כְּמוֹ סְבִיבוֹן.)</w:t>
        <w:br/>
        <w:t>מַנְחָה 1: אֵיזֶה יֹפִי שֶׁבָּאתֶם! עַכְשָׁו נָשִׂים יָדַיִם עַל הַבִּרְכַּיִם, נִנְשֹׁם עָמֹק פַּעַם אַחַת, וְנַקְשִׁיב בְּשֶׁקֶט. הַטֶּקֶס שֶׁלָּנוּ מַתְחִיל.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1:30–3:00 · שלום חנוכה!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🎙️ מנחה 1 ומנחה 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🚶 שני המנחים במרכז, מול הילדים.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🎵 שקט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💡 ספוט חם על המנחים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מַנְחָה 1: שָׁלוֹם, תַּלְמִידוֹת וְתַלְמִידִים יְקָרִים! הַיּוֹם אֲנַחְנוּ חוֹגְגִים אֶת חַג הָאוֹר – חֲנֻכָּה.</w:t>
        <w:br/>
        <w:t>מַנְחָה 2: בַּחוּץ חֹרֶף. הַיָּמִים קְצָרִים, וּמַחְשִׁיךְ מֻקְדָּם. אֲבָל בַּחֲנֻכָּה אֲנַחְנוּ מַדְלִיקִים נֵרוֹת, וְהַבַּיִת מִתְמַלֵּא אוֹר.</w:t>
        <w:br/>
        <w:t>מַנְחָה 1: מִי שֶׁאוֹהֲבִים סֻפְגָּנִיּוֹת – הָרִימוּ יָד!</w:t>
        <w:br/>
        <w:t>מַנְחָה 2: וּמִי שֶׁאוֹהֲבִים לְסוֹבֵב סְבִיבוֹן – מַחְאוּ כַּף פַּעַם אַחַת!</w:t>
        <w:br/>
        <w:t>מַנְחָה 1: יֹפִי! עַכְשָׁו כֻּלָּנוּ עֵרִים וּמוּכָנִים. בּוֹאוּ נַתְחִיל אֶת הַמַּסָּע שֶׁלָּנוּ אֶל הָאוֹר.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3:00–4:30 · כסלו – חודש של חלומות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🎙️ קריין/ית 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🚶 הקריין/ית עומד/ת ליד שקופית שמי לילה. הילדים מתבקשים לעצום עיניים.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🎵 מוזיקה רכה כלית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💡 אור יורד מעט; על המסך כוכבים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קַרְיָנִית/קַרְיָן 1: יֵשׁ חֹדֶשׁ אֶחָד בַּשָּׁנָה שֶׁקּוֹרְאִים לוֹ כִּסְלֵו. בְּכִסְלֵו הַלֵּילוֹת אֲרֻכִּים, וְהַשָּׁמַיִם מְלֵאִים כּוֹכָבִים.</w:t>
        <w:br/>
        <w:t>יֵשׁ מָסֹרֶת שֶׁאוֹמֶרֶת שֶׁכִּסְלֵו הוּא חֹדֶשׁ שֶׁל חֲלוֹמוֹת. בַּחֹדֶשׁ הַזֶּה קוֹרְאִים בַּתּוֹרָה עַל יוֹסֵף, שֶׁחָלַם עַל שֶׁמֶשׁ, עַל יָרֵחַ וְעַל כּוֹכָבִים.</w:t>
        <w:br/>
        <w:t>עַכְשָׁו עִצְמוּ עֵינַיִם לְרֶגַע. חִשְׁבוּ עַל חֲלוֹם טוֹב שֶׁיֵּשׁ לָכֶם. אֶפְשָׁר לַחְלֹם לִהְיוֹת חָבֵר טוֹב, לִלְמֹד לִשְׂחוֹת אוֹ לְצַיֵּר צִיּוּר עֲנָק.</w:t>
        <w:br/>
        <w:t>פִּקְחוּ עֵינַיִם. כָּל חֲלוֹם הוּא כְּמוֹ נֵר קָטָן – הוּא הַהַתְחָלָה שֶׁל הָאוֹר.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4:30–6:30 · סיפור המכבים – עם תנועות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🎙️ קריין/ית 2 וכל הילדים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🚶 הקריין/ית מספר/ת, והילדים עושים תנועות במקום: יד על הלב, ידיים למעלה, שמונה אצבעות.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🎵 שקט; צליל פעמון בסוף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💡 אור רגיל; על המסך – איור עדין של מנורה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קַרְיָנִית/קַרְיָן 2: לִפְנֵי הַרְבֵּה מְאוֹד שָׁנִים, בְּאֶרֶץ יִשְׂרָאֵל, הָיָה מֶלֶךְ שֶׁרָצָה שֶׁכֻּלָּם יִהְיוּ אוֹתוֹ דָּבָר. הוּא לֹא נָתַן לָעָם לִשְׁמֹר עַל הַמִּנְהָגִים שֶׁלּוֹ.</w:t>
        <w:br/>
        <w:t>קְבוּצָה קְטַנָּה שֶׁל אֲנָשִׁים אָמְרָה: "אֲנַחְנוּ רוֹצִים לִהְיוֹת מִי שֶׁאֲנַחְנוּ!" (כֻּלָּם שָׂמִים יָד עַל הַלֵּב.)</w:t>
        <w:br/>
        <w:t>קָרְאוּ לָהֶם הַמַּכַּבִּים. הֵם הָיוּ מְעַטִּים, אֲבָל הָיָה לָהֶם הַרְבֵּה אֹמֶץ. (כֻּלָּם מְרִימִים יָדַיִם לְמַעְלָה.)</w:t>
        <w:br/>
        <w:t>בַּסּוֹף הֵם חָזְרוּ לְבֵית הַמִּקְדָּשׁ בִּירוּשָׁלַיִם, נִקּוּ אוֹתוֹ וְרָצוּ לְהַדְלִיק אֶת הַמְּנוֹרָה. הֵם מָצְאוּ רַק פַּךְ קָטָן שֶׁל שֶׁמֶן, שֶׁמַּסְפִּיק לְיוֹם אֶחָד.</w:t>
        <w:br/>
        <w:t>וְהַשֶּׁמֶן דָּלַק שְׁמוֹנָה יָמִים! הַרְאוּ לִי שְׁמוֹנָה אֶצְבָּעוֹת! זֶה נֵס חֲנֻכָּה.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📝 הסיפור מסופר בלי קרבות ובלי פחד – רק על אומץ, זהות ותקווה.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6:30–7:30 · ברכות ההדלקה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🎙️ מנחה 1 ומדליק/ת השמש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🚶 ילד/ה אחד/ת עומד/ת ליד החנוכייה עם מבוגר/ת מהצוות.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🎵 שקט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💡 ספוט זהב על החנוכייה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מַנְחָה 1: עַכְשָׁו נַדְלִיק אֶת הַשַּׁמָּשׁ – הַנֵּר שֶׁעוֹזֵר לְהַדְלִיק אֶת כָּל הַנֵּרוֹת. מִי שֶׁרוֹצִים מֻזְמָנִים לְהַגִּיד אִתָּנוּ אֶת הַבְּרָכוֹת, וּמִי שֶׁרוֹצִים יְכוֹלִים פָּשׁוּט לְהַקְשִׁיב בְּשֶׁקֶט.</w:t>
        <w:br/>
        <w:t>(נֶאֱמָרוֹת בִּרְכוֹת הַהַדְלָקָה. הַנֵּרוֹת שֶׁלָּנוּ חַשְׁמַלִּיִּים, כְּדֵי שֶׁכֻּלָּם יִהְיוּ בְּטוּחִים.)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📝 נרות LED בלבד. הנוסח המסורתי של הברכות מופיע בדף הטקסטים המסורתיים.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7:30–10:30 · שמונה נרות – שמונה ערכים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🎙️ מנחה 2 ושמונה ילדות וילדים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🚶 שמונה ילדים עומדים בשורה. כל ילד/ה בתורו/ה לוחץ/ת על נר, מרים/ה כרטיס עם ציור הערך ואומר/ת משפט אחד.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🎵 צליל פעמון קטן עם כל נר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💡 האור עולה קצת עם כל נר שנדלק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מַנְחָה 2: שְׁמוֹנָה יְלָדִים יַדְלִיקוּ שְׁמוֹנָה נֵרוֹת. לְכָל נֵר יֵשׁ שֵׁם יָפֶה.</w:t>
        <w:br/>
        <w:t>נֵר רִאשׁוֹן – אֹמֶץ: "לְנַסּוֹת גַּם כְּשֶׁקְּצָת מַפְחִיד."</w:t>
        <w:br/>
        <w:t>נֵר שֵׁנִי – תִּקְוָה: "לְהַאֲמִין שֶׁיִּהְיֶה טוֹב."</w:t>
        <w:br/>
        <w:t>נֵר שְׁלִישִׁי – נְתִינָה: "לַחְלֹק עִם חָבֵר אוֹ חֲבֵרָה."</w:t>
        <w:br/>
        <w:t>נֵר רְבִיעִי – אַחְדוּת: "כֻּלָּנוּ שׁוֹנִים, וְכֻלָּנוּ יַחַד."</w:t>
        <w:br/>
        <w:t>נֵר חֲמִישִׁי – חֹסֶן: "גַּם כְּשֶׁקָּשֶׁה, מַמְשִׁיכִים לְנַסּוֹת."</w:t>
        <w:br/>
        <w:t>נֵר שִׁשִּׁי – עֲנָוָה: "לְהַקְשִׁיב גַּם לַאֲחֵרִים."</w:t>
        <w:br/>
        <w:t>נֵר שְׁבִיעִי – הַכָּרַת תּוֹדָה: "לְהַגִּיד תּוֹדָה עַל הַטּוֹב."</w:t>
        <w:br/>
        <w:t>נֵר שְׁמִינִי – אוֹר לַאֲחֵרִים: "לְהָאִיר לְמִישֶׁהוּ אֶת הַיּוֹם."</w:t>
        <w:br/>
        <w:t>מַנְחָה 2: כָּל הַכָּבוֹד! הִסְתַּכְּלוּ כַּמָּה אוֹר יֵשׁ עַכְשָׁו.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10:30–12:00 · רגע הסביבון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🎙️ מנחה 1 וכל הילדים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🚶 כל מי שרוצים ויכולים קמים; מי שיושבים עושים את התנועות בישיבה. סביבון ענק מקרטון במרכז.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🎵 מוזיקה קלילה קצרה בסוף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💡 אור מלא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מַנְחָה 1: וְעַכְשָׁו – רֶגַע הַסְּבִיבוֹן! מִי שֶׁרוֹצִים – קוּמוּ. אֶפְשָׁר לְהִשָּׁאֵר לָשֶׁבֶת וְלַעֲשׂוֹת אֶת הַתְּנוּעוֹת בִּישִׁיבָה.</w:t>
        <w:br/>
        <w:t>עַל הַסְּבִיבוֹן שֶׁלָּנוּ בְּאֶרֶץ יִשְׂרָאֵל יֵשׁ אַרְבַּע אוֹתִיּוֹת: נוּן, גִּימֶל, הֵא, פֵּא – נֵס גָּדוֹל הָיָה פֹּה! בַּאֲרָצוֹת אֲחֵרוֹת יֵשׁ שִׁין בִּמְקוֹם פֵּא – נֵס גָּדוֹל הָיָה שָׁם.</w:t>
        <w:br/>
        <w:t>כְּשֶׁתִּשְׁמְעוּ "נוּן" – סוֹבְבוּ יָדַיִם. "גִּימֶל" – סוֹבְבוּ אֶת הָרֹאשׁ לְאַט. "הֵא" – סוֹבְבוּ כְּתֵפַיִם. "פֵּא" – הִסְתּוֹבְבוּ סִבּוּב שָׁלֵם וְעִצְרוּ!</w:t>
        <w:br/>
        <w:t>מוּכָנִים? נוּן... גִּימֶל... הֵא... פֵּא! נֵס גָּדוֹל הָיָה פֹּה!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📝 ילדים בכיסאות גלגלים או שמתקשים לעמוד – משתתפים בתנועות ידיים בלבד. אפשר לבקש מכל כיתה להכין סביבון קטן ולסובב יחד.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12:00–13:30 · טעמים של חנוכה ורגע של תודה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🎙️ קריין/ית 3 ומנחה 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🚶 הקריין/ית מראה צלחת קרטון עם ציורי מאכלים. אחר כך הילדים פונים לשכנים שלהם.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🎵 מוזיקה רכה כלית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💡 אור חם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קַרְיָנִית/קַרְיָן 3: בַּחֲנֻכָּה כָּל מִשְׁפָּחָה אוֹכֶלֶת מַשֶּׁהוּ טָעִים. יֵשׁ מִי שֶׁאוֹכְלִים סֻפְגָּנִיּוֹת עִם רִבָּה, יֵשׁ מִי שֶׁאוֹכְלִים לְבִיבוֹת, וְיֵשׁ מִי שֶׁמְּכִינִים סְפִינְג׳ עִם דְּבַשׁ.</w:t>
        <w:br/>
        <w:t>בְּרֹאשׁ חֹדֶשׁ טֵבֵת יֵשׁ קְהִלּוֹת שֶׁחוֹגְגוֹת אֶת "חַג הַבָּנוֹת". וְיֵשׁ מִנְהָג אֶחָד שֶׁל כֻּלָּם: לָשִׂים אֶת הַחֲנֻכִּיָּה בַּחַלּוֹן, כְּדֵי שֶׁכֻּלָּם יִרְאוּ אֶת הָאוֹר.</w:t>
        <w:br/>
        <w:t>מַנְחָה 2: וְעַכְשָׁו רֶגַע שֶׁל תּוֹדָה. מִי שֶׁרוֹצִים – לַחֲשׁוּ לְמִי שֶׁיּוֹשֵׁב לְיַדְכֶם: "תּוֹדָה שֶׁאַתָּה פֹּה" אוֹ "תּוֹדָה שֶׁאַתְּ פֹּה". אֶפְשָׁר גַּם רַק לְחַיֵּךְ.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13:30–15:00 · מעט אור – סיום ושיר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🎙️ מנחה 1, מנחה 2, מקהלה וכולם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🚶 כל המשתתפים עומדים ליד החנוכייה. הקהל שר במקום.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🎵 "ימי החנוכה" (כולם)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💡 אור מלא ועליז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מַנְחָה 1: הַיּוֹם לָמַדְנוּ שֶׁגַּם נֵר קָטָן יָכוֹל לְהָאִיר הַרְבֵּה. מְעַט אוֹר דּוֹחֶה הַרְבֵּה חֹשֶׁךְ.</w:t>
        <w:br/>
        <w:t>מַנְחָה 2: הַשָּׁבוּעַ כָּל אַחַת וְכָל אֶחָד יְכוֹלִים לִהְיוֹת נֵר: לְחַיֵּךְ, לַעֲזֹר, לְהַזְמִין מִישֶׁהוּ לְשַׂחֵק.</w:t>
        <w:br/>
        <w:t>מַנְחָה 1: חַג חֲנֻכָּה שָׂמֵחַ! עַכְשָׁו נָשִׁיר יַחַד "יְמֵי הַחֲנֻכָּה".</w:t>
        <w:br/>
        <w:t>(כֻּלָּם שָׁרִים וּמוֹחֲאִים כַּפַּיִם.)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0B2A5B"/>
          <w:sz w:val="40"/>
          <w:rtl/>
          <w:szCs w:val="40"/>
          <w:bCs/>
        </w:rPr>
        <w:t>חלק ג׳ – מעברים וסיום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צליל פעמון אחד = "עוברים לחלק הבא"; מתרגלים אותו עם הילדים לפני הטקס.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בין חלק לחלק המנחה מבקש/ת תנועה קטנה (מחיאת כף, ידיים למעלה) – זה עוזר לילדים צעירים להתרכז מחדש.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המדליקים יושבים בשורה הראשונה, כדי שהעלייה לבמה תהיה קצרה ושקטה.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את רגע הסביבון מסיימים בנשימה עמוקה משותפת, כדי לחזור לשקט לפני הסיום.</w:t>
      </w:r>
    </w:p>
    <w:p>
      <w:pPr>
        <w:bidi/>
        <w:jc w:val="right"/>
      </w:pPr>
      <w:r>
        <w:rPr>
          <w:rFonts w:ascii="Arial" w:hAnsi="Arial" w:cs="Arial"/>
          <w:b/>
          <w:color w:val="1D4ED8"/>
          <w:sz w:val="26"/>
          <w:rtl/>
          <w:szCs w:val="26"/>
          <w:bCs/>
        </w:rPr>
        <w:t>▌ 🌟 סיום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בסוף הטקס כל כיתה מקבלת "נר ערך" מנייר לתלות בכיתה, וכל ילד/ה מוזמן/ת לבחור ערך אחד שינסה/תנסה לעשות השבוע.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1D4ED8"/>
          <w:sz w:val="32"/>
          <w:rtl/>
          <w:szCs w:val="32"/>
          <w:bCs/>
        </w:rPr>
        <w:t>טקסטים מסורתיים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ברכות ההדלקה (נוסח מסורתי)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בָּרוּךְ אַתָּה ה׳ אֱלֹהֵינוּ מֶלֶךְ הָעוֹלָם, אֲשֶׁר קִדְּשָׁנוּ בְּמִצְווֹתָיו וְצִוָּנוּ לְהַדְלִיק נֵר שֶׁל חֲנֻכָּה.</w:t>
        <w:br/>
        <w:t>בָּרוּךְ אַתָּה ה׳ אֱלֹהֵינוּ מֶלֶךְ הָעוֹלָם, שֶׁעָשָׂה נִסִּים לַאֲבוֹתֵינוּ בַּיָּמִים הָהֵם בַּזְּמַן הַזֶּה.</w:t>
        <w:br/>
        <w:t>(בערב הראשון מוסיפים:) בָּרוּךְ אַתָּה ה׳ אֱלֹהֵינוּ מֶלֶךְ הָעוֹלָם, שֶׁהֶחֱיָנוּ וְקִיְּמָנוּ וְהִגִּיעָנוּ לַזְּמַן הַזֶּה.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נאמרות בהדלקה בזמן החג. בטקס בית ספרי – לפי מנהג המקום ובהסכמת הנהלת בית הספר; אפשר להסתפק בהדלקה סמלית ללא ברכה.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הַנֵּרוֹת הַלָּלוּ (נוסח מסורתי)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הַנֵּרוֹת הַלָּלוּ אָנוּ מַדְלִיקִין עַל הַנִּסִּים וְעַל הַנִּפְלָאוֹת וְעַל הַתְּשׁוּעוֹת וְעַל הַמִּלְחָמוֹת שֶׁעָשִׂיתָ לַאֲבוֹתֵינוּ בַּיָּמִים הָהֵם בַּזְּמַן הַזֶּה, עַל יְדֵי כֹּהֲנֶיךָ הַקְּדוֹשִׁים.</w:t>
        <w:br/>
        <w:t>וְכָל שְׁמוֹנַת יְמֵי חֲנֻכָּה הַנֵּרוֹת הַלָּלוּ קֹדֶשׁ הֵם, וְאֵין לָנוּ רְשׁוּת לְהִשְׁתַּמֵּשׁ בָּהֶם אֶלָּא לִרְאוֹתָם בִּלְבַד,</w:t>
        <w:br/>
        <w:t>כְּדֵי לְהוֹדוֹת וּלְהַלֵּל לְשִׁמְךָ הַגָּדוֹל עַל נִסֶּיךָ וְעַל נִפְלְאוֹתֶיךָ וְעַל יְשׁוּעָתֶךָ.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קיימים כמה נוסחים בקהילות השונות.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מָעוֹז צוּר – הבית הראשון (פיוט מסורתי)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מָעוֹז צוּר יְשׁוּעָתִי, לְךָ נָאֶה לְשַׁבֵּחַ,</w:t>
        <w:br/>
        <w:t>תִּכּוֹן בֵּית תְּפִלָּתִי, וְשָׁם תּוֹדָה נְזַבֵּחַ.</w:t>
        <w:br/>
        <w:t>לְעֵת תָּכִין מַטְבֵּחַ מִצָּר הַמְנַבֵּחַ,</w:t>
        <w:br/>
        <w:t>אָז אֶגְמוֹר בְּשִׁיר מִזְמוֹר חֲנֻכַּת הַמִּזְבֵּחַ.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פיוט עתיק; לשירה בציבור. לחן עממי מוכר.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תסריט: טקס ליסודי (15 דק׳) – כולל ניקוד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