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👩‍🏫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0B2A5B"/>
          <w:sz w:val="48"/>
          <w:rtl/>
          <w:szCs w:val="48"/>
          <w:bCs/>
        </w:rPr>
        <w:t>מהדורה למורה – טקס כסליו וחנוכה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אור של יחד: מטרות, התאמות, בטיחות, תאריכים ופתרונות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👩‍🏫 למורה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בקובץ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בחירת טקס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לוח זמנים להפקה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בטיחות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עולים וחנ״מ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תאריכים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פתרונות החוברת והחידון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א׳ – מטרות ובחירת טקס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לחגוג יחד את חנוכה ואת חודש כסלו כחודש של אור, חלומות ותקווה – באווירה רגועה ומכילה.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לחבר את התלמידות והתלמידים לשמונה ערכים דרך שמונת הנרות: אומץ, תקווה, נתינה, אחדות, חוסן, ענווה, הכרת תודה ואור לאחרים.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לחזק שייכות, משמעות ותחושת מסוגלות – כל ילד וילדה יכולים להיות "נר קטן" שמאיר.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לתת במה למגוון מסורות וקהילות, ולמגוון צורות של משפחה.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לתרגל עבודת צוות: הפקה, חזרות, הופעה מול קהל.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איזה טקס?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טקס</w:t>
            </w:r>
          </w:p>
        </w:tc>
        <w:tc>
          <w:tcPr>
            <w:tcW w:type="dxa" w:w="3475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משך</w:t>
            </w:r>
          </w:p>
        </w:tc>
        <w:tc>
          <w:tcPr>
            <w:tcW w:type="dxa" w:w="3475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למי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טקס בית ספרי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20–25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חט״ב ותיכון, באולם או בחצר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טקס כיתתי / שכבתי ליסודי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א׳–ו׳, כולל גרסה מנוקדת לא׳–ג׳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הדלקה בשיעור חינוך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כיתה, כל גיל</w:t>
            </w:r>
          </w:p>
        </w:tc>
      </w:tr>
    </w:tbl>
    <w:p>
      <w:pPr>
        <w:bidi/>
        <w:jc w:val="right"/>
      </w:pP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ב׳ – התאמות ולוח זמנים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קצרו או הוסיפו נרות: אפשר להדליק נר-ערך אחד בכל יום של החג, ולספר את הקטע שלו בהפסקה בבוקר.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החליפו ערכים לפי צורכי הכיתה – השאירו את המבנה: ערך, קטע קריאה, משפט הדלקה, שאלה, מעשה קטן.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בכיתה הטרוגנית תנו לכל תלמיד/ה תפקיד בגודל המתאים: מילה אחת, משפט, קטע, או תפקיד מאחורי הקלעים.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השתתפות תמיד מתוך בחירה. מי שלא רוצה לעלות לבמה – יכול/ה להיות בצוות תפאורה, שקופיות או סאונד.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אם יש תלמידים ממסורות או מדתות שונות – הציגו את הטקס כ"מה שאנחנו מציינים יחד", הזמינו לשתף בחגי אור ממסורות אחרות, ואל תחייבו ברכה או שירה.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לשלב את המשחקים מהאתר (חידון מהיר, סביבון, איש תלוי) כפתיח או כסיום בכיתות.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לוח זמנים להפקה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שבועיים לפני: בחירת טקס, חלוקת תפקידים, אישור תאריך ומקום מול ההנהלה.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שבוע וחצי לפני: חזרות קריאה, הכנת תפאורה ממחזור, שליחת הזמנה למשפחות.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שבוע לפני: חזרה ראשונה על הבמה, שקופיות וסאונד.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יומיים לפני: חזרה גנרלית מלאה עם תאורה ומיקרופונים.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ביום הטקס: הגעה 40 דקות לפני, בדיקת סאונד, ונרות LED מוכנים.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עולים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בגרסה בעברית קלה: משפטים קצרים, הווה, מילים חוזרות (נר, אור, תודה).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תנו לתלמידים העולים לקרוא משפט הדלקה גם בשפת האם שלהם – ואחריו בעברית.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הציגו את המילון המאויר (עברית–אנגלית–רוסית–ערבית) על המסך או כדף ביד.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בקשו מהם לספר על חגי אור או על מסורות חורף במקום שממנו הגיעו – מתוך בחירה בלבד.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חנ״מ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שורות קצרות של 3–6 מילים; מילה מודגשת אחת בכל משפט.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סימנים חזותיים: אימוג׳י ותמונה לכל ערך (💪 אומץ, 🌱 תקווה, 🎁 נתינה, 🤝 אחדות, 🌳 חוסן, 🌾 ענווה, 🙏 הכרת תודה, ✨ אור לאחרים).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"לוח רצף" מצויר של שלבי הטקס, כדי שכל ילד וילדה יידעו מה בא עכשיו.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תפקידים מוחשיים: להדליק נר LED בלחיצה, להרים שלט ערך, להחזיק פנס.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רגע שקט מוכרז מראש; אפשר אוזניות מפחיתות רעש למי שצריך.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חזרה קצרה כל יום על אותו קטע – הצלחה חוזרת בונה ביטחון.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ג׳ – בטיחות ותאריכים</w:t>
      </w:r>
    </w:p>
    <w:p>
      <w:pPr>
        <w:bidi/>
        <w:jc w:val="right"/>
      </w:pPr>
      <w:r>
        <w:rPr>
          <w:rFonts w:ascii="Arial" w:hAnsi="Arial" w:cs="Arial"/>
          <w:b/>
          <w:color w:val="1D4ED8"/>
          <w:sz w:val="26"/>
          <w:rtl/>
          <w:szCs w:val="26"/>
          <w:bCs/>
        </w:rPr>
        <w:t>▌ 🦺 בטיחות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בתוך מבנה – רק נרות חשמליים/LED. אש גלויה רק בחוץ, בליווי מבוגר אחראי ולפי נוהלי הבטיחות של בית הספר.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חנוכייה גדולה מקרטון ונורות LED – לחברו רק לסוללות או לשנאי תקני; לא להשאיר כבלים במעבר.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שמרו על מעברים פנויים ויציאות חירום פתוחות; סדרנים בכל יציאה.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בדקו רגישויות למזון לפני חלוקת סופגניות או לביבות; הציעו חלופה.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במות ומדרגות – סימון קצוות בסרט בולט; עלייה וירידה מסודרת.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רגשות: ייתכן שהחג מעורר אצל חלק מהתלמידים געגוע או קושי. שמרו על טון רך, ואפשרו לפנות ליועצת אחרי הטקס.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תאריכים ופרטים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חנוכה תשפ״ז: הדלקת הנר הראשון ביום שישי 4.12.2026 בערב (כ״ה בכסלו חל בשבת 5.12.2026), ובערב שבת מדליקים לפני הדלקת נרות השבת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הנר השמיני: יום שישי 11.12.2026 בערב; החג מסתיים בשבת 12.12.2026 (ב׳ בטבת)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ראש חודש כסלו תשפ״ז: שני ימים – יום שלישי 10.11.2026 (ל׳ בחשוון) ויום רביעי 11.11.2026 (א׳ בכסלו)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ראש חודש טבת וחג הבנות: כסלו תשפ״ז מלא, ולכן ראש חודש טבת הוא יומיים – ל׳ בכסלו (חמישי 10.12.2026) וא׳ בטבת (שישי 11.12.2026)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חופשת חנוכה בבתי הספר – לפי לוח החופשות של בית הספר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שירים: מופיעים רק שמות של שירי חנוכה קלאסיים; לפני השמעה או הקלטה בטקס – לוודא זכויות ונוסח.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תאריכים: הנר הראשון ערב שישי 4.12.2026 (כ״ה בכסלו תשפ״ז = 5.12.2026); ראש חודש כסלו 10–11.11.2026 – לוודא בלוח 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חג הבנות – מנהג קהילות צפון אפריקה (בעיקר תוניסיה ואלג׳יריה) ועוד; פרטי המנהג משתנים בין קהילות.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חנוכת המקדש – 164 לפני הספירה לפי ההערכה המקובלת; 'יותר מאלפיים ומאה שנה' מבוסס על כך.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כללי משחק הסביבון (נ/ג/ה/פ) – הגרסה המקובלת; יש וריאציות.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מאכלי חלב בחנוכה זכר לסיפור יהודית – מנהג אשכנזי בעיקר; ספינג׳ – מנהג מרוקאי/צפון אפריקאי.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כסלו בתנ״ך: נחמיה א׳ 1 וזכריה ז׳ 1.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פרשות כסלו תשפ״ז (נבדק בלוח): תולדות, ויצא, וישלח, ובשבת חנוכה הראשונה (5.12) – וישב (חלומות יוסף); בשבת השנייה (12.12, ב׳ בטבת) – מקץ (חלומות פרעה) – לוודא מול לוח השנה העברי.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שירים מוצעים (שמות בלבד)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מעוז צור – פיוט מסורתי – הבית הראשון מתאים לשירת כל הקהל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הנרות הללו – נוסח מסורתי שנאמר או מושר אחרי ההדלקה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באנו חושך לגרש – שיר חנוכה קלאסי – לוודא זכויות לפני שימוש בהקלטה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מי ימלל – שיר חנוכה קלאסי – לוודא זכויות לפני שימוש בהקלטה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סביבון סוב סוב סוב – שיר ילדים קלאסי – מתאים במיוחד ליסודי; לוודא זכויות לפני שימוש בהקלטה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ימי החנוכה – שיר חנוכה קלאסי – לוודא זכויות לפני שימוש בהקלטה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אנו נושאים לפידים – שיר חנוכה קלאסי – מתאים לחט״ב ותיכון; לוודא זכויות לפני שימוש בהקלטה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חנוכה חג יפה – שיר ילדים קלאסי – לוודא זכויות לפני שימוש בהקלטה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כד קטן – שיר ילדים קלאסי – לוודא זכויות לפני שימוש בהקלטה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נר לי – שיר ילדים קלאסי – לוודא זכויות לפני שימוש בהקלטה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ד׳ – פתרונות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חוברת התלמיד – חלק א׳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נרות מדליקים בלילה השמיני של חנוכה (בלי השמש)?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8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האותיות נ ג ה פ על סביבון בישראל?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נס גדול היה 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תאריך עברי מתחיל חנוכה?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כ״ה בכסלו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נקרא הנר שבעזרתו מדליקים את שאר הנרות?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השמש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אילו אותיות כתובות על סביבון מחוץ לישראל?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נ ג ה 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המילה "חנוכה" בהקשר של החג?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חנוכת המקדש מחדש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קנים היו למנורה שבמקדש?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שבעה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מאפה מטוגן מוכר במיוחד מקהילות צפון אפריקה בחנוכה?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ספינג׳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חוברת התלמיד – חלק ב׳ (התאמה)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ערך</w:t>
            </w:r>
          </w:p>
        </w:tc>
        <w:tc>
          <w:tcPr>
            <w:tcW w:type="dxa" w:w="5213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הנר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אומץ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נתינה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חוסן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ענווה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הכרת תודה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 לאחרים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חידון מהיר – כל התשובות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נרות מדליקים בלילה השמיני של חנוכה (בלי השמש)?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האותיות נ ג ה פ על סביבון בישראל?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נס גדול היה 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תאריך עברי מתחיל חנוכה?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כ״ה בכסלו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נקרא הנר שבעזרתו מדליקים את שאר הנרות?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השמש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אילו אותיות כתובות על סביבון מחוץ לישראל?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ג ה 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המילה "חנוכה" בהקשר של החג?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חנוכת המקדש מחדש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קנים היו למנורה שבמקדש?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שבעה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מאפה מטוגן מוכר במיוחד מקהילות צפון אפריקה בחנוכה?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ספינג׳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חג חוגגים בקהילות צפון אפריקה ובקהילות נוספות בראש חודש טבת?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 הבנות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מצאו המכבים במקדש לפי המסורת?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 שמן קטן אחד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לכמה ימים היה אמור להספיק השמן שנמצא?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ימים דלק השמן לפי המסורת?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שמונה ימים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מבני מתתיהו כונה "המכבי"?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יהודה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מקום, לפי המסורת, החל המרד?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מודיעין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מאכל חנוכה מסורתי הגיע מקהילות מזרח אירופה?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לביבות תפוחי אדמה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נוהגים לאכול מאכלים מטוגנים בחנוכה?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זכר לנס השמן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היכן נוהגים להעמיד את החנוכייה?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ליד חלון או בפתח הבית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הביטוי "פרסומי ניסא"?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פרסום הנס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כסלו הוא החודש ה… בשנה העברית, כשסופרים מתשרי?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שלישי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מה חלם יוסף באחד מחלומותיו?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שמש, ירח וכוכבים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ההבדל בין חנוכייה למנורת המקדש?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לחנוכייה שמונה קנים ועוד מקום לשמש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נרות מדליקים בסך הכול בשמונת לילות החג (בלי השמש)?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36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 מי כינו אחיו "בעל החלומות"?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יוסף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קוראים לסביבון ביידיש?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דריידל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במשחק הסביבון המסורתי, מה קורה כשיוצאת האות ג?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לוקחים את כל הקופה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במשחק הסביבון המסורתי, מה קורה כשיוצאת האות 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לוקחים חצי מהקופה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המילה "שמש" כשמדברים על החנוכייה?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 משרת שמדליק את האחרים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באיזו עיר עמד המקדש שחנכו המכבים?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ירושלים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"חג הבנות"?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לכבוד בנות ונשים בראש חודש טבת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קטע נהוג לומר אחרי הדלקת הנרות?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הנרות הללו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סוג מאכלים אוכלים בקהילות מסוימות בחנוכה זכר לסיפור יהודית?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מאכלי חלב וגבינה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ימים נמשך חג החנוכה?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שמונה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"מעט אור דוחה הרבה חושך"?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אור קטן מרחיק חושך רב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מתי יודלק הנר הראשון של חנוכה בשנת 2026?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ביום שישי בערב, 4 בדצמבר</w:t>
            </w:r>
          </w:p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מהדורה למורה – מטרות, התאמות, בטיחות ופתרונות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